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7DBF4" w14:textId="5F40B154" w:rsidR="00386FF8" w:rsidRPr="00386FF8" w:rsidRDefault="00500333" w:rsidP="00386FF8">
      <w:pPr>
        <w:jc w:val="center"/>
        <w:rPr>
          <w:b/>
          <w:bCs/>
          <w:sz w:val="36"/>
          <w:szCs w:val="36"/>
          <w:lang w:val="es-419"/>
        </w:rPr>
      </w:pPr>
      <w:r w:rsidRPr="00386FF8">
        <w:rPr>
          <w:b/>
          <w:bCs/>
          <w:sz w:val="36"/>
          <w:szCs w:val="36"/>
          <w:lang w:val="es-419"/>
        </w:rPr>
        <w:t>Ejercicio Final - Curso de Excel (40 horas)</w:t>
      </w:r>
      <w:r w:rsidR="00386FF8">
        <w:rPr>
          <w:b/>
          <w:bCs/>
          <w:sz w:val="36"/>
          <w:szCs w:val="36"/>
          <w:lang w:val="es-419"/>
        </w:rPr>
        <w:br/>
      </w:r>
    </w:p>
    <w:p w14:paraId="2647FE17" w14:textId="77A5E08B" w:rsidR="002F212F" w:rsidRDefault="00500333" w:rsidP="00726465">
      <w:pPr>
        <w:rPr>
          <w:lang w:val="es-419"/>
        </w:rPr>
      </w:pPr>
      <w:r w:rsidRPr="00A24900">
        <w:rPr>
          <w:b/>
          <w:bCs/>
          <w:lang w:val="es-419"/>
        </w:rPr>
        <w:t>Fecha de entrega:</w:t>
      </w:r>
      <w:r w:rsidRPr="00726465">
        <w:rPr>
          <w:lang w:val="es-419"/>
        </w:rPr>
        <w:t xml:space="preserve"> </w:t>
      </w:r>
      <w:r w:rsidR="003A5603">
        <w:rPr>
          <w:lang w:val="es-419"/>
        </w:rPr>
        <w:t>Acabado el curso hasta el siguiente día</w:t>
      </w:r>
      <w:r w:rsidRPr="00726465">
        <w:rPr>
          <w:lang w:val="es-419"/>
        </w:rPr>
        <w:t xml:space="preserve">, </w:t>
      </w:r>
      <w:r w:rsidRPr="00C84D23">
        <w:rPr>
          <w:color w:val="EE0000"/>
          <w:lang w:val="es-419"/>
        </w:rPr>
        <w:t>hasta las 1</w:t>
      </w:r>
      <w:r w:rsidR="00E83039">
        <w:rPr>
          <w:color w:val="EE0000"/>
          <w:lang w:val="es-419"/>
        </w:rPr>
        <w:t>2</w:t>
      </w:r>
      <w:r w:rsidRPr="00C84D23">
        <w:rPr>
          <w:color w:val="EE0000"/>
          <w:lang w:val="es-419"/>
        </w:rPr>
        <w:t xml:space="preserve">:00 </w:t>
      </w:r>
      <w:r w:rsidR="00155AF8">
        <w:rPr>
          <w:color w:val="EE0000"/>
          <w:lang w:val="es-419"/>
        </w:rPr>
        <w:t xml:space="preserve">del </w:t>
      </w:r>
      <w:r w:rsidR="00533EB8">
        <w:rPr>
          <w:color w:val="EE0000"/>
          <w:lang w:val="es-419"/>
        </w:rPr>
        <w:t>mediodía</w:t>
      </w:r>
      <w:r w:rsidR="00155AF8">
        <w:rPr>
          <w:color w:val="EE0000"/>
          <w:lang w:val="es-419"/>
        </w:rPr>
        <w:t>.</w:t>
      </w:r>
      <w:r w:rsidRPr="00C84D23">
        <w:rPr>
          <w:color w:val="EE0000"/>
          <w:lang w:val="es-419"/>
        </w:rPr>
        <w:br/>
      </w:r>
      <w:r w:rsidRPr="00A24900">
        <w:rPr>
          <w:b/>
          <w:bCs/>
          <w:lang w:val="es-419"/>
        </w:rPr>
        <w:t>Forma de entrega:</w:t>
      </w:r>
      <w:r w:rsidRPr="00726465">
        <w:rPr>
          <w:lang w:val="es-419"/>
        </w:rPr>
        <w:t xml:space="preserve"> Enviar </w:t>
      </w:r>
      <w:r w:rsidR="006E4DDB">
        <w:rPr>
          <w:lang w:val="es-419"/>
        </w:rPr>
        <w:t xml:space="preserve">nombre y </w:t>
      </w:r>
      <w:r w:rsidRPr="00726465">
        <w:rPr>
          <w:lang w:val="es-419"/>
        </w:rPr>
        <w:t xml:space="preserve">el archivo de Excel </w:t>
      </w:r>
      <w:r w:rsidR="002F212F" w:rsidRPr="00E80016">
        <w:rPr>
          <w:lang w:val="es-419"/>
        </w:rPr>
        <w:t>al WhatsApp</w:t>
      </w:r>
      <w:r w:rsidR="00207108">
        <w:rPr>
          <w:lang w:val="es-419"/>
        </w:rPr>
        <w:t xml:space="preserve"> </w:t>
      </w:r>
      <w:r w:rsidR="006E4DDB">
        <w:rPr>
          <w:lang w:val="es-419"/>
        </w:rPr>
        <w:t xml:space="preserve">personal </w:t>
      </w:r>
      <w:r w:rsidR="00207108">
        <w:rPr>
          <w:lang w:val="es-419"/>
        </w:rPr>
        <w:t>del profe.</w:t>
      </w:r>
    </w:p>
    <w:p w14:paraId="38777BD3" w14:textId="53F6B417" w:rsidR="00207108" w:rsidRDefault="00207108" w:rsidP="00726465">
      <w:pPr>
        <w:rPr>
          <w:color w:val="FF0000"/>
          <w:lang w:val="es-419"/>
        </w:rPr>
      </w:pPr>
      <w:r w:rsidRPr="0032772E">
        <w:rPr>
          <w:b/>
          <w:bCs/>
          <w:lang w:val="es-419"/>
        </w:rPr>
        <w:t>Nota:</w:t>
      </w:r>
      <w:r>
        <w:rPr>
          <w:lang w:val="es-419"/>
        </w:rPr>
        <w:t xml:space="preserve"> </w:t>
      </w:r>
      <w:r w:rsidR="00274CA2">
        <w:rPr>
          <w:lang w:val="es-419"/>
        </w:rPr>
        <w:t>E</w:t>
      </w:r>
      <w:r w:rsidR="00604DB2">
        <w:rPr>
          <w:lang w:val="es-419"/>
        </w:rPr>
        <w:t>l entregar el trabajo es suficiente para tener la</w:t>
      </w:r>
      <w:r w:rsidR="0032772E">
        <w:rPr>
          <w:lang w:val="es-419"/>
        </w:rPr>
        <w:t>s</w:t>
      </w:r>
      <w:r w:rsidR="00604DB2">
        <w:rPr>
          <w:lang w:val="es-419"/>
        </w:rPr>
        <w:t xml:space="preserve"> </w:t>
      </w:r>
      <w:r w:rsidR="0032772E">
        <w:rPr>
          <w:lang w:val="es-419"/>
        </w:rPr>
        <w:t xml:space="preserve">2 </w:t>
      </w:r>
      <w:r w:rsidR="00604DB2">
        <w:rPr>
          <w:lang w:val="es-419"/>
        </w:rPr>
        <w:t>asistencia</w:t>
      </w:r>
      <w:r w:rsidR="0032772E">
        <w:rPr>
          <w:lang w:val="es-419"/>
        </w:rPr>
        <w:t>s</w:t>
      </w:r>
      <w:r w:rsidR="00604DB2">
        <w:rPr>
          <w:lang w:val="es-419"/>
        </w:rPr>
        <w:t xml:space="preserve"> </w:t>
      </w:r>
      <w:r w:rsidR="003A5603">
        <w:rPr>
          <w:lang w:val="es-419"/>
        </w:rPr>
        <w:t>de mañana</w:t>
      </w:r>
      <w:r w:rsidR="00604DB2">
        <w:rPr>
          <w:lang w:val="es-419"/>
        </w:rPr>
        <w:t>.</w:t>
      </w:r>
      <w:r w:rsidR="00EF143D">
        <w:rPr>
          <w:lang w:val="es-419"/>
        </w:rPr>
        <w:t xml:space="preserve"> (Puedes enviar sólo el archivo de Excel con tu nombre y la solución)</w:t>
      </w:r>
    </w:p>
    <w:p w14:paraId="15FBE968" w14:textId="7F088F93" w:rsidR="00695DCB" w:rsidRPr="00D31E33" w:rsidRDefault="00726465" w:rsidP="00726465">
      <w:pPr>
        <w:rPr>
          <w:b/>
          <w:bCs/>
          <w:lang w:val="es-419"/>
        </w:rPr>
      </w:pPr>
      <w:r w:rsidRPr="00C431AA">
        <w:rPr>
          <w:b/>
          <w:bCs/>
          <w:lang w:val="es-419"/>
        </w:rPr>
        <w:t xml:space="preserve">Nombre </w:t>
      </w:r>
      <w:r w:rsidR="00C84D23" w:rsidRPr="00C431AA">
        <w:rPr>
          <w:b/>
          <w:bCs/>
          <w:lang w:val="es-419"/>
        </w:rPr>
        <w:t>estudiante:</w:t>
      </w:r>
      <w:r w:rsidR="00C84D23" w:rsidRPr="00C431AA">
        <w:rPr>
          <w:lang w:val="es-419"/>
        </w:rPr>
        <w:t xml:space="preserve"> </w:t>
      </w:r>
      <w:r w:rsidR="00C84D23" w:rsidRPr="00207108">
        <w:rPr>
          <w:highlight w:val="yellow"/>
          <w:lang w:val="es-419"/>
        </w:rPr>
        <w:t>_</w:t>
      </w:r>
      <w:r w:rsidR="00207108" w:rsidRPr="00207108">
        <w:rPr>
          <w:highlight w:val="yellow"/>
          <w:lang w:val="es-419"/>
        </w:rPr>
        <w:t>______________________________________________________________</w:t>
      </w:r>
    </w:p>
    <w:p w14:paraId="68E2CA07" w14:textId="77777777" w:rsidR="00C431AA" w:rsidRDefault="00C431AA" w:rsidP="00726465">
      <w:pPr>
        <w:rPr>
          <w:b/>
          <w:bCs/>
          <w:lang w:val="es-419"/>
        </w:rPr>
      </w:pPr>
    </w:p>
    <w:p w14:paraId="53290947" w14:textId="1BA01F70" w:rsidR="0042590C" w:rsidRPr="00726465" w:rsidRDefault="00500333" w:rsidP="00726465">
      <w:pPr>
        <w:rPr>
          <w:b/>
          <w:bCs/>
          <w:lang w:val="es-419"/>
        </w:rPr>
      </w:pPr>
      <w:r w:rsidRPr="00726465">
        <w:rPr>
          <w:b/>
          <w:bCs/>
          <w:lang w:val="es-419"/>
        </w:rPr>
        <w:t>Instrucciones Generales:</w:t>
      </w:r>
    </w:p>
    <w:p w14:paraId="17637B15" w14:textId="77777777" w:rsidR="00726465" w:rsidRDefault="00500333" w:rsidP="00726465">
      <w:pPr>
        <w:jc w:val="both"/>
        <w:rPr>
          <w:lang w:val="es-419"/>
        </w:rPr>
      </w:pPr>
      <w:r w:rsidRPr="00726465">
        <w:rPr>
          <w:lang w:val="es-419"/>
        </w:rPr>
        <w:t>Este ejercicio práctico evalúa los conocimientos adquiridos durante el curso. Debe realizarse en un solo archivo de Excel con tres hojas, una por cada punto descrito a continuación. El archivo debe estar debidamente organizado, con buena presentación y fórmulas correctamente aplicadas.</w:t>
      </w:r>
    </w:p>
    <w:p w14:paraId="3D3B10F9" w14:textId="17EC0673" w:rsidR="0042590C" w:rsidRPr="00726465" w:rsidRDefault="00874BDB" w:rsidP="00726465">
      <w:pPr>
        <w:jc w:val="both"/>
        <w:rPr>
          <w:b/>
          <w:bCs/>
          <w:lang w:val="es-419"/>
        </w:rPr>
      </w:pPr>
      <w:r>
        <w:rPr>
          <w:b/>
          <w:bCs/>
          <w:lang w:val="es-419"/>
        </w:rPr>
        <w:t>Hoja</w:t>
      </w:r>
      <w:r w:rsidR="00500333" w:rsidRPr="00726465">
        <w:rPr>
          <w:b/>
          <w:bCs/>
          <w:lang w:val="es-419"/>
        </w:rPr>
        <w:t xml:space="preserve"> 1:</w:t>
      </w:r>
      <w:r w:rsidR="00034EF4">
        <w:rPr>
          <w:b/>
          <w:bCs/>
          <w:lang w:val="es-419"/>
        </w:rPr>
        <w:t xml:space="preserve"> </w:t>
      </w:r>
      <w:r w:rsidR="00500333" w:rsidRPr="00726465">
        <w:rPr>
          <w:b/>
          <w:bCs/>
          <w:lang w:val="es-419"/>
        </w:rPr>
        <w:t>Creación de una hoja de cálculo con fórmulas</w:t>
      </w:r>
    </w:p>
    <w:p w14:paraId="2C69253A" w14:textId="66DE8247" w:rsidR="00726465" w:rsidRDefault="00726465" w:rsidP="00726465">
      <w:pPr>
        <w:pStyle w:val="Prrafodelista"/>
        <w:numPr>
          <w:ilvl w:val="0"/>
          <w:numId w:val="14"/>
        </w:numPr>
        <w:rPr>
          <w:lang w:val="es-419"/>
        </w:rPr>
      </w:pPr>
      <w:r>
        <w:rPr>
          <w:lang w:val="es-419"/>
        </w:rPr>
        <w:t>Crea una hoja de Excel y renómbrala así punto 1.</w:t>
      </w:r>
    </w:p>
    <w:p w14:paraId="1398CFB0" w14:textId="12FA6E60" w:rsidR="00726465" w:rsidRPr="00726465" w:rsidRDefault="00500333" w:rsidP="00726465">
      <w:pPr>
        <w:pStyle w:val="Prrafodelista"/>
        <w:numPr>
          <w:ilvl w:val="0"/>
          <w:numId w:val="14"/>
        </w:numPr>
        <w:rPr>
          <w:lang w:val="es-419"/>
        </w:rPr>
      </w:pPr>
      <w:r w:rsidRPr="00726465">
        <w:rPr>
          <w:lang w:val="es-419"/>
        </w:rPr>
        <w:t>Elabore una tabla con los datos de ventas de 5 productos durante 5 días.</w:t>
      </w:r>
    </w:p>
    <w:p w14:paraId="67F4E27E" w14:textId="77777777" w:rsidR="00726465" w:rsidRPr="00726465" w:rsidRDefault="00500333" w:rsidP="00726465">
      <w:pPr>
        <w:pStyle w:val="Prrafodelista"/>
        <w:numPr>
          <w:ilvl w:val="0"/>
          <w:numId w:val="14"/>
        </w:numPr>
        <w:rPr>
          <w:lang w:val="es-419"/>
        </w:rPr>
      </w:pPr>
      <w:r w:rsidRPr="00726465">
        <w:rPr>
          <w:lang w:val="es-419"/>
        </w:rPr>
        <w:t>Incluya columnas para producto, cantidad vendida por día, precio unitario y total por producto.</w:t>
      </w:r>
    </w:p>
    <w:p w14:paraId="44340CA4" w14:textId="77777777" w:rsidR="00726465" w:rsidRDefault="00500333" w:rsidP="00726465">
      <w:pPr>
        <w:pStyle w:val="Prrafodelista"/>
        <w:numPr>
          <w:ilvl w:val="0"/>
          <w:numId w:val="14"/>
        </w:numPr>
        <w:rPr>
          <w:lang w:val="es-419"/>
        </w:rPr>
      </w:pPr>
      <w:r w:rsidRPr="00726465">
        <w:rPr>
          <w:lang w:val="es-419"/>
        </w:rPr>
        <w:t>Calcule el total general de las ventas.</w:t>
      </w:r>
    </w:p>
    <w:p w14:paraId="1E06EEC2" w14:textId="4B8C2CC2" w:rsidR="0042590C" w:rsidRPr="00726465" w:rsidRDefault="00726465" w:rsidP="00726465">
      <w:pPr>
        <w:pStyle w:val="Prrafodelista"/>
        <w:numPr>
          <w:ilvl w:val="0"/>
          <w:numId w:val="14"/>
        </w:numPr>
        <w:rPr>
          <w:lang w:val="es-419"/>
        </w:rPr>
      </w:pPr>
      <w:r>
        <w:rPr>
          <w:lang w:val="es-419"/>
        </w:rPr>
        <w:t>Repetir en la misma hoja el mismo ejercicio ahora con formato de tabla</w:t>
      </w:r>
      <w:r w:rsidRPr="00726465">
        <w:rPr>
          <w:lang w:val="es-419"/>
        </w:rPr>
        <w:br/>
      </w:r>
      <w:r w:rsidRPr="00726465">
        <w:rPr>
          <w:b/>
          <w:bCs/>
          <w:lang w:val="es-419"/>
        </w:rPr>
        <w:t>Habilidades evaluadas:</w:t>
      </w:r>
      <w:r w:rsidRPr="00726465">
        <w:rPr>
          <w:lang w:val="es-419"/>
        </w:rPr>
        <w:t xml:space="preserve"> fórmulas básicas, autosuma, formato de celda</w:t>
      </w:r>
      <w:r>
        <w:rPr>
          <w:lang w:val="es-419"/>
        </w:rPr>
        <w:t xml:space="preserve"> y formato de tabla</w:t>
      </w:r>
      <w:r w:rsidRPr="00726465">
        <w:rPr>
          <w:lang w:val="es-419"/>
        </w:rPr>
        <w:t>.</w:t>
      </w:r>
    </w:p>
    <w:p w14:paraId="0B025B33" w14:textId="2B42C5E5" w:rsidR="0042590C" w:rsidRPr="00726465" w:rsidRDefault="00874BDB" w:rsidP="00726465">
      <w:pPr>
        <w:rPr>
          <w:b/>
          <w:bCs/>
          <w:lang w:val="es-419"/>
        </w:rPr>
      </w:pPr>
      <w:r>
        <w:rPr>
          <w:b/>
          <w:bCs/>
          <w:lang w:val="es-419"/>
        </w:rPr>
        <w:t>Hoja</w:t>
      </w:r>
      <w:r w:rsidR="00500333" w:rsidRPr="00726465">
        <w:rPr>
          <w:b/>
          <w:bCs/>
          <w:lang w:val="es-419"/>
        </w:rPr>
        <w:t xml:space="preserve"> 2: Aplicación de funciones</w:t>
      </w:r>
    </w:p>
    <w:p w14:paraId="4684D089" w14:textId="725BEC7B" w:rsidR="00726465" w:rsidRPr="00726465" w:rsidRDefault="00500333" w:rsidP="00726465">
      <w:pPr>
        <w:pStyle w:val="Prrafodelista"/>
        <w:numPr>
          <w:ilvl w:val="0"/>
          <w:numId w:val="14"/>
        </w:numPr>
        <w:rPr>
          <w:lang w:val="es-419"/>
        </w:rPr>
      </w:pPr>
      <w:r w:rsidRPr="00726465">
        <w:rPr>
          <w:lang w:val="es-419"/>
        </w:rPr>
        <w:t>En una nueva hoja</w:t>
      </w:r>
      <w:r w:rsidR="00726465">
        <w:rPr>
          <w:lang w:val="es-419"/>
        </w:rPr>
        <w:t xml:space="preserve"> llamada punto 2</w:t>
      </w:r>
      <w:r w:rsidRPr="00726465">
        <w:rPr>
          <w:lang w:val="es-419"/>
        </w:rPr>
        <w:t>, use las funciones PROMEDIO, SI y MAX sobre los datos creados en el punto 1.</w:t>
      </w:r>
    </w:p>
    <w:p w14:paraId="210C63F5" w14:textId="77777777" w:rsidR="00726465" w:rsidRPr="004342AD" w:rsidRDefault="00500333" w:rsidP="00726465">
      <w:pPr>
        <w:pStyle w:val="Prrafodelista"/>
        <w:numPr>
          <w:ilvl w:val="0"/>
          <w:numId w:val="14"/>
        </w:numPr>
        <w:rPr>
          <w:lang w:val="es-419"/>
        </w:rPr>
      </w:pPr>
      <w:r w:rsidRPr="00E4741D">
        <w:rPr>
          <w:b/>
          <w:bCs/>
          <w:lang w:val="es-419"/>
        </w:rPr>
        <w:t>PROMEDIO</w:t>
      </w:r>
      <w:r w:rsidRPr="00726465">
        <w:rPr>
          <w:lang w:val="es-419"/>
        </w:rPr>
        <w:t>: calcule el promedio de ventas de cada producto.</w:t>
      </w:r>
    </w:p>
    <w:p w14:paraId="29CF8E4B" w14:textId="77777777" w:rsidR="00726465" w:rsidRPr="00726465" w:rsidRDefault="00500333" w:rsidP="00726465">
      <w:pPr>
        <w:pStyle w:val="Prrafodelista"/>
        <w:numPr>
          <w:ilvl w:val="0"/>
          <w:numId w:val="14"/>
        </w:numPr>
        <w:rPr>
          <w:lang w:val="es-419"/>
        </w:rPr>
      </w:pPr>
      <w:r w:rsidRPr="00E4741D">
        <w:rPr>
          <w:b/>
          <w:bCs/>
          <w:lang w:val="es-419"/>
        </w:rPr>
        <w:t>SI</w:t>
      </w:r>
      <w:r w:rsidRPr="00726465">
        <w:rPr>
          <w:lang w:val="es-419"/>
        </w:rPr>
        <w:t>: indique si el producto superó la meta de 50 unidades.</w:t>
      </w:r>
    </w:p>
    <w:p w14:paraId="74717B61" w14:textId="5B9DF4E7" w:rsidR="0042590C" w:rsidRPr="00726465" w:rsidRDefault="00500333" w:rsidP="00726465">
      <w:pPr>
        <w:pStyle w:val="Prrafodelista"/>
        <w:numPr>
          <w:ilvl w:val="0"/>
          <w:numId w:val="14"/>
        </w:numPr>
        <w:rPr>
          <w:lang w:val="es-419"/>
        </w:rPr>
      </w:pPr>
      <w:r w:rsidRPr="00E4741D">
        <w:rPr>
          <w:b/>
          <w:bCs/>
          <w:lang w:val="es-419"/>
        </w:rPr>
        <w:t>MAX</w:t>
      </w:r>
      <w:r w:rsidRPr="00726465">
        <w:rPr>
          <w:lang w:val="es-419"/>
        </w:rPr>
        <w:t>: identifique el producto con mayor cantidad vendida.</w:t>
      </w:r>
      <w:r w:rsidRPr="00726465">
        <w:rPr>
          <w:lang w:val="es-419"/>
        </w:rPr>
        <w:br/>
      </w:r>
      <w:r w:rsidRPr="00726465">
        <w:rPr>
          <w:b/>
          <w:bCs/>
          <w:lang w:val="es-419"/>
        </w:rPr>
        <w:t>Habilidades evaluadas:</w:t>
      </w:r>
      <w:r w:rsidRPr="00726465">
        <w:rPr>
          <w:lang w:val="es-419"/>
        </w:rPr>
        <w:t xml:space="preserve"> funciones intermedias y análisis básico.</w:t>
      </w:r>
    </w:p>
    <w:p w14:paraId="40973FDC" w14:textId="5A3BC6B0" w:rsidR="0042590C" w:rsidRPr="00726465" w:rsidRDefault="00874BDB" w:rsidP="00726465">
      <w:pPr>
        <w:rPr>
          <w:b/>
          <w:bCs/>
          <w:lang w:val="es-419"/>
        </w:rPr>
      </w:pPr>
      <w:r>
        <w:rPr>
          <w:b/>
          <w:bCs/>
          <w:lang w:val="es-419"/>
        </w:rPr>
        <w:t>Hoja</w:t>
      </w:r>
      <w:r w:rsidR="00500333" w:rsidRPr="00726465">
        <w:rPr>
          <w:b/>
          <w:bCs/>
          <w:lang w:val="es-419"/>
        </w:rPr>
        <w:t xml:space="preserve"> 3: Formato y validación</w:t>
      </w:r>
    </w:p>
    <w:p w14:paraId="61BB3BD9" w14:textId="77777777" w:rsidR="00726465" w:rsidRDefault="00500333" w:rsidP="00726465">
      <w:pPr>
        <w:pStyle w:val="Prrafodelista"/>
        <w:numPr>
          <w:ilvl w:val="0"/>
          <w:numId w:val="14"/>
        </w:numPr>
        <w:rPr>
          <w:lang w:val="es-419"/>
        </w:rPr>
      </w:pPr>
      <w:r w:rsidRPr="00726465">
        <w:rPr>
          <w:lang w:val="es-419"/>
        </w:rPr>
        <w:t>Cree un pequeño formulario en una hoja nueva para registrar:</w:t>
      </w:r>
    </w:p>
    <w:p w14:paraId="51FC06AA" w14:textId="77777777" w:rsidR="00726465" w:rsidRDefault="00500333" w:rsidP="00726465">
      <w:pPr>
        <w:pStyle w:val="Prrafodelista"/>
        <w:numPr>
          <w:ilvl w:val="0"/>
          <w:numId w:val="14"/>
        </w:numPr>
        <w:rPr>
          <w:lang w:val="es-419"/>
        </w:rPr>
      </w:pPr>
      <w:r w:rsidRPr="00726465">
        <w:rPr>
          <w:lang w:val="es-419"/>
        </w:rPr>
        <w:t>nombre del cliente, producto comprado, cantidad, fecha.</w:t>
      </w:r>
    </w:p>
    <w:p w14:paraId="5BDD09D3" w14:textId="33D58C99" w:rsidR="00726465" w:rsidRDefault="00500333" w:rsidP="00726465">
      <w:pPr>
        <w:pStyle w:val="Prrafodelista"/>
        <w:numPr>
          <w:ilvl w:val="0"/>
          <w:numId w:val="14"/>
        </w:numPr>
        <w:rPr>
          <w:lang w:val="es-419"/>
        </w:rPr>
      </w:pPr>
      <w:r w:rsidRPr="00726465">
        <w:rPr>
          <w:lang w:val="es-419"/>
        </w:rPr>
        <w:t>Aplique validación de datos (lista desplegable para productos</w:t>
      </w:r>
      <w:r w:rsidR="00F74632">
        <w:rPr>
          <w:lang w:val="es-419"/>
        </w:rPr>
        <w:t>, en fecha solo fecha</w:t>
      </w:r>
      <w:r w:rsidR="00226496">
        <w:rPr>
          <w:lang w:val="es-419"/>
        </w:rPr>
        <w:t xml:space="preserve"> y solo número en cantidad</w:t>
      </w:r>
      <w:r w:rsidRPr="00726465">
        <w:rPr>
          <w:lang w:val="es-419"/>
        </w:rPr>
        <w:t>).</w:t>
      </w:r>
    </w:p>
    <w:p w14:paraId="7F909C22" w14:textId="77777777" w:rsidR="00726465" w:rsidRDefault="00500333" w:rsidP="00726465">
      <w:pPr>
        <w:pStyle w:val="Prrafodelista"/>
        <w:numPr>
          <w:ilvl w:val="0"/>
          <w:numId w:val="14"/>
        </w:numPr>
        <w:rPr>
          <w:lang w:val="es-419"/>
        </w:rPr>
      </w:pPr>
      <w:r w:rsidRPr="00726465">
        <w:rPr>
          <w:lang w:val="es-419"/>
        </w:rPr>
        <w:t>Formatee adecuadamente la celda de fecha.</w:t>
      </w:r>
    </w:p>
    <w:p w14:paraId="74D5700A" w14:textId="279ED49A" w:rsidR="00695DCB" w:rsidRPr="00500333" w:rsidRDefault="00500333" w:rsidP="00500333">
      <w:pPr>
        <w:pStyle w:val="Prrafodelista"/>
        <w:numPr>
          <w:ilvl w:val="0"/>
          <w:numId w:val="14"/>
        </w:numPr>
        <w:rPr>
          <w:b/>
          <w:bCs/>
        </w:rPr>
      </w:pPr>
      <w:r w:rsidRPr="00500333">
        <w:rPr>
          <w:lang w:val="es-419"/>
        </w:rPr>
        <w:t>Agregue comentarios en la validación y en general para guiar al usuario.</w:t>
      </w:r>
      <w:r w:rsidRPr="00500333">
        <w:rPr>
          <w:lang w:val="es-419"/>
        </w:rPr>
        <w:br/>
      </w:r>
      <w:r w:rsidRPr="00500333">
        <w:rPr>
          <w:b/>
          <w:bCs/>
          <w:lang w:val="es-419"/>
        </w:rPr>
        <w:t>Habilidades evaluadas:</w:t>
      </w:r>
      <w:r w:rsidRPr="00500333">
        <w:rPr>
          <w:lang w:val="es-419"/>
        </w:rPr>
        <w:t xml:space="preserve"> validación, formato, presentación.</w:t>
      </w:r>
      <w:r w:rsidR="00695DCB" w:rsidRPr="00500333">
        <w:rPr>
          <w:b/>
          <w:bCs/>
        </w:rPr>
        <w:br w:type="page"/>
      </w:r>
    </w:p>
    <w:p w14:paraId="27CAFD84" w14:textId="3F6084DA" w:rsidR="0042590C" w:rsidRPr="00726465" w:rsidRDefault="00500333" w:rsidP="00726465">
      <w:pPr>
        <w:rPr>
          <w:b/>
          <w:bCs/>
        </w:rPr>
      </w:pPr>
      <w:r w:rsidRPr="00726465">
        <w:rPr>
          <w:b/>
          <w:bCs/>
        </w:rPr>
        <w:lastRenderedPageBreak/>
        <w:t>Rúbrica de Evaluación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3987"/>
      </w:tblGrid>
      <w:tr w:rsidR="0042590C" w:rsidRPr="00726465" w14:paraId="60FB3062" w14:textId="77777777" w:rsidTr="00C431AA">
        <w:trPr>
          <w:trHeight w:val="348"/>
        </w:trPr>
        <w:tc>
          <w:tcPr>
            <w:tcW w:w="2880" w:type="dxa"/>
            <w:shd w:val="clear" w:color="auto" w:fill="BFBFBF" w:themeFill="background1" w:themeFillShade="BF"/>
          </w:tcPr>
          <w:p w14:paraId="316C75AA" w14:textId="77777777" w:rsidR="0042590C" w:rsidRPr="00726465" w:rsidRDefault="00500333" w:rsidP="00E952DF">
            <w:pPr>
              <w:jc w:val="center"/>
              <w:rPr>
                <w:b/>
                <w:bCs/>
              </w:rPr>
            </w:pPr>
            <w:r w:rsidRPr="00726465">
              <w:rPr>
                <w:b/>
                <w:bCs/>
              </w:rPr>
              <w:t>Criterio</w:t>
            </w:r>
          </w:p>
        </w:tc>
        <w:tc>
          <w:tcPr>
            <w:tcW w:w="2880" w:type="dxa"/>
            <w:shd w:val="clear" w:color="auto" w:fill="BFBFBF" w:themeFill="background1" w:themeFillShade="BF"/>
          </w:tcPr>
          <w:p w14:paraId="28EAC3E4" w14:textId="77777777" w:rsidR="0042590C" w:rsidRPr="00726465" w:rsidRDefault="00500333" w:rsidP="00E952DF">
            <w:pPr>
              <w:jc w:val="center"/>
              <w:rPr>
                <w:b/>
                <w:bCs/>
              </w:rPr>
            </w:pPr>
            <w:r w:rsidRPr="00726465">
              <w:rPr>
                <w:b/>
                <w:bCs/>
              </w:rPr>
              <w:t>Descripción</w:t>
            </w:r>
          </w:p>
        </w:tc>
        <w:tc>
          <w:tcPr>
            <w:tcW w:w="3987" w:type="dxa"/>
            <w:shd w:val="clear" w:color="auto" w:fill="BFBFBF" w:themeFill="background1" w:themeFillShade="BF"/>
          </w:tcPr>
          <w:p w14:paraId="5169C018" w14:textId="77777777" w:rsidR="0042590C" w:rsidRPr="00726465" w:rsidRDefault="00500333" w:rsidP="00E952DF">
            <w:pPr>
              <w:jc w:val="center"/>
              <w:rPr>
                <w:b/>
                <w:bCs/>
              </w:rPr>
            </w:pPr>
            <w:r w:rsidRPr="00726465">
              <w:rPr>
                <w:b/>
                <w:bCs/>
              </w:rPr>
              <w:t>Puntaje (0 a 5)</w:t>
            </w:r>
          </w:p>
        </w:tc>
      </w:tr>
      <w:tr w:rsidR="0042590C" w:rsidRPr="00257C00" w14:paraId="1FE7B8D2" w14:textId="77777777" w:rsidTr="00C431AA">
        <w:tc>
          <w:tcPr>
            <w:tcW w:w="2880" w:type="dxa"/>
          </w:tcPr>
          <w:p w14:paraId="1F7C0D60" w14:textId="776F46A6" w:rsidR="0042590C" w:rsidRPr="00695DCB" w:rsidRDefault="00874BDB" w:rsidP="00726465">
            <w:pPr>
              <w:rPr>
                <w:b/>
                <w:bCs/>
              </w:rPr>
            </w:pPr>
            <w:r>
              <w:rPr>
                <w:b/>
                <w:bCs/>
              </w:rPr>
              <w:t>Hoja</w:t>
            </w:r>
            <w:r w:rsidR="00500333" w:rsidRPr="00695DCB">
              <w:rPr>
                <w:b/>
                <w:bCs/>
              </w:rPr>
              <w:t xml:space="preserve"> 1</w:t>
            </w:r>
          </w:p>
        </w:tc>
        <w:tc>
          <w:tcPr>
            <w:tcW w:w="2880" w:type="dxa"/>
          </w:tcPr>
          <w:p w14:paraId="7519D352" w14:textId="77777777" w:rsidR="0042590C" w:rsidRPr="00726465" w:rsidRDefault="00500333" w:rsidP="00726465">
            <w:pPr>
              <w:rPr>
                <w:lang w:val="es-419"/>
              </w:rPr>
            </w:pPr>
            <w:r w:rsidRPr="00726465">
              <w:rPr>
                <w:lang w:val="es-419"/>
              </w:rPr>
              <w:t>Organización de datos, aplicación correcta de fórmulas y total general.</w:t>
            </w:r>
          </w:p>
        </w:tc>
        <w:tc>
          <w:tcPr>
            <w:tcW w:w="3987" w:type="dxa"/>
          </w:tcPr>
          <w:p w14:paraId="6881B87E" w14:textId="77777777" w:rsidR="00874BDB" w:rsidRDefault="006428F1" w:rsidP="00726465">
            <w:pPr>
              <w:rPr>
                <w:lang w:val="es-419"/>
              </w:rPr>
            </w:pPr>
            <w:r>
              <w:rPr>
                <w:lang w:val="es-419"/>
              </w:rPr>
              <w:t>E</w:t>
            </w:r>
            <w:r w:rsidR="005B1A32" w:rsidRPr="005B1A32">
              <w:rPr>
                <w:lang w:val="es-419"/>
              </w:rPr>
              <w:t>ntendió el ejercicio y lo desarrollo</w:t>
            </w:r>
            <w:r w:rsidR="00C41E25">
              <w:rPr>
                <w:lang w:val="es-419"/>
              </w:rPr>
              <w:t xml:space="preserve">, </w:t>
            </w:r>
            <w:r w:rsidR="00257C00">
              <w:rPr>
                <w:lang w:val="es-419"/>
              </w:rPr>
              <w:t>Si</w:t>
            </w:r>
            <w:r w:rsidR="00F46267">
              <w:rPr>
                <w:lang w:val="es-419"/>
              </w:rPr>
              <w:t xml:space="preserve"> aplica</w:t>
            </w:r>
            <w:r w:rsidR="005B1A32" w:rsidRPr="005B1A32">
              <w:rPr>
                <w:lang w:val="es-419"/>
              </w:rPr>
              <w:t xml:space="preserve"> los colores del protocolo</w:t>
            </w:r>
            <w:r>
              <w:rPr>
                <w:lang w:val="es-419"/>
              </w:rPr>
              <w:t xml:space="preserve">, </w:t>
            </w:r>
            <w:r w:rsidR="009B40A9">
              <w:rPr>
                <w:lang w:val="es-419"/>
              </w:rPr>
              <w:t>Si</w:t>
            </w:r>
            <w:r>
              <w:rPr>
                <w:lang w:val="es-419"/>
              </w:rPr>
              <w:t xml:space="preserve"> uso el formato celda</w:t>
            </w:r>
            <w:r w:rsidR="005B1A32" w:rsidRPr="005B1A32">
              <w:rPr>
                <w:lang w:val="es-419"/>
              </w:rPr>
              <w:t xml:space="preserve"> y </w:t>
            </w:r>
            <w:r w:rsidR="00257C00">
              <w:rPr>
                <w:lang w:val="es-419"/>
              </w:rPr>
              <w:t>Si</w:t>
            </w:r>
            <w:r w:rsidR="00CA6909">
              <w:rPr>
                <w:lang w:val="es-419"/>
              </w:rPr>
              <w:t xml:space="preserve"> </w:t>
            </w:r>
            <w:r w:rsidR="005B1A32" w:rsidRPr="005B1A32">
              <w:rPr>
                <w:lang w:val="es-419"/>
              </w:rPr>
              <w:t xml:space="preserve">usa bien el formato tabla para totalizar. </w:t>
            </w:r>
          </w:p>
          <w:p w14:paraId="7ACCDA82" w14:textId="46E516C9" w:rsidR="0042590C" w:rsidRPr="00874BDB" w:rsidRDefault="00874BDB" w:rsidP="00726465">
            <w:pPr>
              <w:rPr>
                <w:b/>
                <w:bCs/>
                <w:lang w:val="es-419"/>
              </w:rPr>
            </w:pPr>
            <w:r w:rsidRPr="00874BDB">
              <w:rPr>
                <w:b/>
                <w:bCs/>
                <w:highlight w:val="yellow"/>
                <w:lang w:val="es-419"/>
              </w:rPr>
              <w:t>Nota: 5</w:t>
            </w:r>
          </w:p>
        </w:tc>
      </w:tr>
      <w:tr w:rsidR="0042590C" w:rsidRPr="00B2015E" w14:paraId="0ACC57DF" w14:textId="77777777" w:rsidTr="00C431AA">
        <w:tc>
          <w:tcPr>
            <w:tcW w:w="2880" w:type="dxa"/>
          </w:tcPr>
          <w:p w14:paraId="17AA130E" w14:textId="31A4C165" w:rsidR="0042590C" w:rsidRPr="00695DCB" w:rsidRDefault="00874BDB" w:rsidP="00726465">
            <w:pPr>
              <w:rPr>
                <w:b/>
                <w:bCs/>
              </w:rPr>
            </w:pPr>
            <w:r>
              <w:rPr>
                <w:b/>
                <w:bCs/>
              </w:rPr>
              <w:t>Hoja</w:t>
            </w:r>
            <w:r w:rsidR="00500333" w:rsidRPr="00695DCB">
              <w:rPr>
                <w:b/>
                <w:bCs/>
              </w:rPr>
              <w:t xml:space="preserve"> 2</w:t>
            </w:r>
          </w:p>
        </w:tc>
        <w:tc>
          <w:tcPr>
            <w:tcW w:w="2880" w:type="dxa"/>
          </w:tcPr>
          <w:p w14:paraId="72A9AD7D" w14:textId="77777777" w:rsidR="0042590C" w:rsidRPr="00726465" w:rsidRDefault="00500333" w:rsidP="00726465">
            <w:pPr>
              <w:rPr>
                <w:lang w:val="es-419"/>
              </w:rPr>
            </w:pPr>
            <w:r w:rsidRPr="00726465">
              <w:rPr>
                <w:lang w:val="es-419"/>
              </w:rPr>
              <w:t>Uso correcto de funciones PROMEDIO, SI y MAX.</w:t>
            </w:r>
          </w:p>
        </w:tc>
        <w:tc>
          <w:tcPr>
            <w:tcW w:w="3987" w:type="dxa"/>
          </w:tcPr>
          <w:p w14:paraId="611DFF3F" w14:textId="77777777" w:rsidR="00874BDB" w:rsidRDefault="00295826" w:rsidP="00726465">
            <w:pPr>
              <w:rPr>
                <w:lang w:val="es-419"/>
              </w:rPr>
            </w:pPr>
            <w:r>
              <w:rPr>
                <w:lang w:val="es-419"/>
              </w:rPr>
              <w:t>E</w:t>
            </w:r>
            <w:r w:rsidRPr="005B1A32">
              <w:rPr>
                <w:lang w:val="es-419"/>
              </w:rPr>
              <w:t xml:space="preserve">ntendió el ejercicio y lo desarrollo, </w:t>
            </w:r>
            <w:r w:rsidR="00257C00">
              <w:rPr>
                <w:lang w:val="es-419"/>
              </w:rPr>
              <w:t>Si</w:t>
            </w:r>
            <w:r w:rsidRPr="005B1A32">
              <w:rPr>
                <w:lang w:val="es-419"/>
              </w:rPr>
              <w:t xml:space="preserve"> aplica los colores del protocolo</w:t>
            </w:r>
            <w:r>
              <w:rPr>
                <w:lang w:val="es-419"/>
              </w:rPr>
              <w:t xml:space="preserve">, </w:t>
            </w:r>
            <w:r w:rsidR="00257C00">
              <w:rPr>
                <w:lang w:val="es-419"/>
              </w:rPr>
              <w:t>Si</w:t>
            </w:r>
            <w:r w:rsidRPr="005B1A32">
              <w:rPr>
                <w:lang w:val="es-419"/>
              </w:rPr>
              <w:t xml:space="preserve"> usa bien el formato tabla para totalizar</w:t>
            </w:r>
            <w:r w:rsidR="00B2015E">
              <w:rPr>
                <w:lang w:val="es-419"/>
              </w:rPr>
              <w:t xml:space="preserve">. </w:t>
            </w:r>
          </w:p>
          <w:p w14:paraId="72719775" w14:textId="6C0D1C33" w:rsidR="0042590C" w:rsidRPr="00874BDB" w:rsidRDefault="00874BDB" w:rsidP="00726465">
            <w:pPr>
              <w:rPr>
                <w:b/>
                <w:bCs/>
                <w:lang w:val="es-419"/>
              </w:rPr>
            </w:pPr>
            <w:r w:rsidRPr="00874BDB">
              <w:rPr>
                <w:b/>
                <w:bCs/>
                <w:highlight w:val="yellow"/>
                <w:lang w:val="es-419"/>
              </w:rPr>
              <w:t>Nota: 5</w:t>
            </w:r>
          </w:p>
        </w:tc>
      </w:tr>
      <w:tr w:rsidR="0042590C" w:rsidRPr="00257C00" w14:paraId="6276EC5E" w14:textId="77777777" w:rsidTr="00C431AA">
        <w:tc>
          <w:tcPr>
            <w:tcW w:w="2880" w:type="dxa"/>
          </w:tcPr>
          <w:p w14:paraId="5C53BCEF" w14:textId="591983C3" w:rsidR="0042590C" w:rsidRPr="00695DCB" w:rsidRDefault="00874BDB" w:rsidP="00726465">
            <w:pPr>
              <w:rPr>
                <w:b/>
                <w:bCs/>
              </w:rPr>
            </w:pPr>
            <w:r>
              <w:rPr>
                <w:b/>
                <w:bCs/>
              </w:rPr>
              <w:t>Hoja</w:t>
            </w:r>
            <w:r w:rsidR="00500333" w:rsidRPr="00695DCB">
              <w:rPr>
                <w:b/>
                <w:bCs/>
              </w:rPr>
              <w:t xml:space="preserve"> 3</w:t>
            </w:r>
          </w:p>
        </w:tc>
        <w:tc>
          <w:tcPr>
            <w:tcW w:w="2880" w:type="dxa"/>
          </w:tcPr>
          <w:p w14:paraId="1383FC23" w14:textId="77777777" w:rsidR="0042590C" w:rsidRPr="00726465" w:rsidRDefault="00500333" w:rsidP="00726465">
            <w:pPr>
              <w:rPr>
                <w:lang w:val="es-419"/>
              </w:rPr>
            </w:pPr>
            <w:r w:rsidRPr="00726465">
              <w:rPr>
                <w:lang w:val="es-419"/>
              </w:rPr>
              <w:t>Validación de datos, formato adecuado y diseño del formulario.</w:t>
            </w:r>
          </w:p>
        </w:tc>
        <w:tc>
          <w:tcPr>
            <w:tcW w:w="3987" w:type="dxa"/>
          </w:tcPr>
          <w:p w14:paraId="3FF70897" w14:textId="77777777" w:rsidR="00874BDB" w:rsidRDefault="003D20B8" w:rsidP="00726465">
            <w:pPr>
              <w:rPr>
                <w:lang w:val="es-419"/>
              </w:rPr>
            </w:pPr>
            <w:r>
              <w:rPr>
                <w:lang w:val="es-419"/>
              </w:rPr>
              <w:t>E</w:t>
            </w:r>
            <w:r w:rsidR="005B1A32" w:rsidRPr="005B1A32">
              <w:rPr>
                <w:lang w:val="es-419"/>
              </w:rPr>
              <w:t xml:space="preserve">ntendió el ejercicio y lo desarrollo, </w:t>
            </w:r>
            <w:r w:rsidR="00257C00">
              <w:rPr>
                <w:lang w:val="es-419"/>
              </w:rPr>
              <w:t>Si</w:t>
            </w:r>
            <w:r w:rsidR="005B1A32" w:rsidRPr="005B1A32">
              <w:rPr>
                <w:lang w:val="es-419"/>
              </w:rPr>
              <w:t xml:space="preserve"> aplica los colores del protocolo y </w:t>
            </w:r>
            <w:r w:rsidR="00FC03FF">
              <w:rPr>
                <w:lang w:val="es-419"/>
              </w:rPr>
              <w:t>Si</w:t>
            </w:r>
            <w:r w:rsidR="005B1A32" w:rsidRPr="005B1A32">
              <w:rPr>
                <w:lang w:val="es-419"/>
              </w:rPr>
              <w:t xml:space="preserve"> usa bien el formato tabla para totalizar</w:t>
            </w:r>
            <w:r w:rsidR="00476C22">
              <w:rPr>
                <w:lang w:val="es-419"/>
              </w:rPr>
              <w:t xml:space="preserve">, hizo </w:t>
            </w:r>
            <w:r w:rsidR="00FC03FF">
              <w:rPr>
                <w:lang w:val="es-419"/>
              </w:rPr>
              <w:t xml:space="preserve">las </w:t>
            </w:r>
            <w:r w:rsidR="00476C22">
              <w:rPr>
                <w:lang w:val="es-419"/>
              </w:rPr>
              <w:t>validaci</w:t>
            </w:r>
            <w:r w:rsidR="00FC03FF">
              <w:rPr>
                <w:lang w:val="es-419"/>
              </w:rPr>
              <w:t>ones</w:t>
            </w:r>
            <w:r w:rsidR="005B1A32" w:rsidRPr="005B1A32">
              <w:rPr>
                <w:lang w:val="es-419"/>
              </w:rPr>
              <w:t xml:space="preserve">. </w:t>
            </w:r>
          </w:p>
          <w:p w14:paraId="496C7FFD" w14:textId="5F02C1AC" w:rsidR="0042590C" w:rsidRPr="00874BDB" w:rsidRDefault="00874BDB" w:rsidP="00726465">
            <w:pPr>
              <w:rPr>
                <w:b/>
                <w:bCs/>
                <w:lang w:val="es-419"/>
              </w:rPr>
            </w:pPr>
            <w:r w:rsidRPr="00874BDB">
              <w:rPr>
                <w:b/>
                <w:bCs/>
                <w:highlight w:val="yellow"/>
                <w:lang w:val="es-419"/>
              </w:rPr>
              <w:t xml:space="preserve">Nota: </w:t>
            </w:r>
            <w:r w:rsidR="00257C00" w:rsidRPr="00874BDB">
              <w:rPr>
                <w:b/>
                <w:bCs/>
                <w:highlight w:val="yellow"/>
                <w:lang w:val="es-419"/>
              </w:rPr>
              <w:t>5</w:t>
            </w:r>
          </w:p>
        </w:tc>
      </w:tr>
      <w:tr w:rsidR="0042590C" w:rsidRPr="00087FF6" w14:paraId="035D0A20" w14:textId="77777777" w:rsidTr="00C431AA">
        <w:tc>
          <w:tcPr>
            <w:tcW w:w="2880" w:type="dxa"/>
          </w:tcPr>
          <w:p w14:paraId="0756BBBA" w14:textId="77777777" w:rsidR="0042590C" w:rsidRPr="00695DCB" w:rsidRDefault="00500333" w:rsidP="00726465">
            <w:pPr>
              <w:rPr>
                <w:b/>
                <w:bCs/>
              </w:rPr>
            </w:pPr>
            <w:r w:rsidRPr="00695DCB">
              <w:rPr>
                <w:b/>
                <w:bCs/>
              </w:rPr>
              <w:t>Presentación general</w:t>
            </w:r>
          </w:p>
        </w:tc>
        <w:tc>
          <w:tcPr>
            <w:tcW w:w="2880" w:type="dxa"/>
          </w:tcPr>
          <w:p w14:paraId="256C7F6D" w14:textId="77777777" w:rsidR="0042590C" w:rsidRPr="00726465" w:rsidRDefault="00500333" w:rsidP="00726465">
            <w:pPr>
              <w:rPr>
                <w:lang w:val="es-419"/>
              </w:rPr>
            </w:pPr>
            <w:r w:rsidRPr="00726465">
              <w:rPr>
                <w:lang w:val="es-419"/>
              </w:rPr>
              <w:t>Claridad, orden, uso de celdas, estilo visual del archivo.</w:t>
            </w:r>
          </w:p>
        </w:tc>
        <w:tc>
          <w:tcPr>
            <w:tcW w:w="3987" w:type="dxa"/>
          </w:tcPr>
          <w:p w14:paraId="4E613C8F" w14:textId="20AD1817" w:rsidR="0042590C" w:rsidRPr="00874BDB" w:rsidRDefault="00874BDB" w:rsidP="00726465">
            <w:pPr>
              <w:rPr>
                <w:b/>
                <w:bCs/>
                <w:lang w:val="es-419"/>
              </w:rPr>
            </w:pPr>
            <w:r w:rsidRPr="00874BDB">
              <w:rPr>
                <w:b/>
                <w:bCs/>
                <w:highlight w:val="yellow"/>
                <w:lang w:val="es-419"/>
              </w:rPr>
              <w:t>Nota: 5</w:t>
            </w:r>
          </w:p>
        </w:tc>
      </w:tr>
      <w:tr w:rsidR="0042590C" w:rsidRPr="00087FF6" w14:paraId="497B3603" w14:textId="77777777" w:rsidTr="00C431AA">
        <w:tc>
          <w:tcPr>
            <w:tcW w:w="2880" w:type="dxa"/>
          </w:tcPr>
          <w:p w14:paraId="235A2EBD" w14:textId="77777777" w:rsidR="0042590C" w:rsidRPr="00695DCB" w:rsidRDefault="00500333" w:rsidP="00726465">
            <w:pPr>
              <w:rPr>
                <w:b/>
                <w:bCs/>
              </w:rPr>
            </w:pPr>
            <w:r w:rsidRPr="00695DCB">
              <w:rPr>
                <w:b/>
                <w:bCs/>
              </w:rPr>
              <w:t>Entrega y cumplimiento</w:t>
            </w:r>
          </w:p>
        </w:tc>
        <w:tc>
          <w:tcPr>
            <w:tcW w:w="2880" w:type="dxa"/>
          </w:tcPr>
          <w:p w14:paraId="55BFDC94" w14:textId="77777777" w:rsidR="0042590C" w:rsidRPr="00726465" w:rsidRDefault="00500333" w:rsidP="00726465">
            <w:pPr>
              <w:rPr>
                <w:lang w:val="es-419"/>
              </w:rPr>
            </w:pPr>
            <w:r w:rsidRPr="00726465">
              <w:rPr>
                <w:lang w:val="es-419"/>
              </w:rPr>
              <w:t>Archivo entregado a tiempo y completo según instrucciones.</w:t>
            </w:r>
          </w:p>
        </w:tc>
        <w:tc>
          <w:tcPr>
            <w:tcW w:w="3987" w:type="dxa"/>
          </w:tcPr>
          <w:p w14:paraId="3C7E0464" w14:textId="308401EA" w:rsidR="0042590C" w:rsidRPr="00874BDB" w:rsidRDefault="00874BDB" w:rsidP="00726465">
            <w:pPr>
              <w:rPr>
                <w:b/>
                <w:bCs/>
                <w:lang w:val="es-419"/>
              </w:rPr>
            </w:pPr>
            <w:r w:rsidRPr="00874BDB">
              <w:rPr>
                <w:b/>
                <w:bCs/>
                <w:highlight w:val="yellow"/>
                <w:lang w:val="es-419"/>
              </w:rPr>
              <w:t>Nota: 5</w:t>
            </w:r>
          </w:p>
        </w:tc>
      </w:tr>
      <w:tr w:rsidR="00726465" w:rsidRPr="00087FF6" w14:paraId="5BCA55AD" w14:textId="77777777" w:rsidTr="00C431AA">
        <w:tc>
          <w:tcPr>
            <w:tcW w:w="2880" w:type="dxa"/>
          </w:tcPr>
          <w:p w14:paraId="20516C5A" w14:textId="5D7EE075" w:rsidR="00726465" w:rsidRPr="00726465" w:rsidRDefault="00726465" w:rsidP="00726465">
            <w:pPr>
              <w:rPr>
                <w:b/>
                <w:bCs/>
              </w:rPr>
            </w:pPr>
            <w:r w:rsidRPr="00726465">
              <w:rPr>
                <w:b/>
                <w:bCs/>
              </w:rPr>
              <w:t>Promedio</w:t>
            </w:r>
          </w:p>
        </w:tc>
        <w:tc>
          <w:tcPr>
            <w:tcW w:w="2880" w:type="dxa"/>
          </w:tcPr>
          <w:p w14:paraId="6EB681F9" w14:textId="565D4198" w:rsidR="00726465" w:rsidRPr="00695DCB" w:rsidRDefault="00726465" w:rsidP="00726465">
            <w:pPr>
              <w:rPr>
                <w:lang w:val="es-419"/>
              </w:rPr>
            </w:pPr>
            <w:r w:rsidRPr="00695DCB">
              <w:rPr>
                <w:lang w:val="es-419"/>
              </w:rPr>
              <w:t>Se promedian todas las notas, con nota superior a 3.5 aprueba.</w:t>
            </w:r>
          </w:p>
        </w:tc>
        <w:tc>
          <w:tcPr>
            <w:tcW w:w="3987" w:type="dxa"/>
          </w:tcPr>
          <w:p w14:paraId="6AA52005" w14:textId="0B1B76BD" w:rsidR="00726465" w:rsidRPr="00726465" w:rsidRDefault="00DC7D1D" w:rsidP="00726465">
            <w:pPr>
              <w:rPr>
                <w:b/>
                <w:bCs/>
                <w:lang w:val="es-419"/>
              </w:rPr>
            </w:pPr>
            <w:r w:rsidRPr="00DC7D1D">
              <w:rPr>
                <w:b/>
                <w:bCs/>
                <w:highlight w:val="green"/>
                <w:lang w:val="es-419"/>
              </w:rPr>
              <w:t xml:space="preserve">Nota final: </w:t>
            </w:r>
            <w:r w:rsidR="00257C00" w:rsidRPr="00DC7D1D">
              <w:rPr>
                <w:b/>
                <w:bCs/>
                <w:highlight w:val="green"/>
                <w:lang w:val="es-419"/>
              </w:rPr>
              <w:t>5</w:t>
            </w:r>
          </w:p>
        </w:tc>
      </w:tr>
    </w:tbl>
    <w:p w14:paraId="358FDE72" w14:textId="77777777" w:rsidR="00C431AA" w:rsidRDefault="00C431AA" w:rsidP="00726465">
      <w:pPr>
        <w:rPr>
          <w:lang w:val="es-419"/>
        </w:rPr>
      </w:pPr>
    </w:p>
    <w:p w14:paraId="36110E75" w14:textId="77777777" w:rsidR="00C431AA" w:rsidRDefault="00C431AA" w:rsidP="00726465">
      <w:pPr>
        <w:rPr>
          <w:lang w:val="es-419"/>
        </w:rPr>
      </w:pPr>
    </w:p>
    <w:p w14:paraId="717E3B43" w14:textId="77777777" w:rsidR="00C431AA" w:rsidRDefault="00C431AA" w:rsidP="00726465">
      <w:pPr>
        <w:rPr>
          <w:lang w:val="es-419"/>
        </w:rPr>
      </w:pPr>
    </w:p>
    <w:p w14:paraId="223275BF" w14:textId="77777777" w:rsidR="00446E3F" w:rsidRDefault="00446E3F" w:rsidP="00726465">
      <w:pPr>
        <w:rPr>
          <w:lang w:val="es-419"/>
        </w:rPr>
      </w:pPr>
    </w:p>
    <w:p w14:paraId="25C33E3E" w14:textId="476464DD" w:rsidR="00287BD2" w:rsidRDefault="00287BD2" w:rsidP="00726465">
      <w:pPr>
        <w:rPr>
          <w:lang w:val="es-419"/>
        </w:rPr>
      </w:pPr>
      <w:r>
        <w:rPr>
          <w:lang w:val="es-419"/>
        </w:rPr>
        <w:t>___________________________________________________</w:t>
      </w:r>
    </w:p>
    <w:p w14:paraId="151E8E87" w14:textId="32E02B50" w:rsidR="00CF10C2" w:rsidRPr="00CF10C2" w:rsidRDefault="00CF10C2" w:rsidP="00726465">
      <w:pPr>
        <w:rPr>
          <w:b/>
          <w:bCs/>
          <w:lang w:val="es-419"/>
        </w:rPr>
      </w:pPr>
      <w:r w:rsidRPr="00CF10C2">
        <w:rPr>
          <w:b/>
          <w:bCs/>
          <w:lang w:val="es-419"/>
        </w:rPr>
        <w:t>Ingeniero de sistemas</w:t>
      </w:r>
      <w:r w:rsidR="00287BD2">
        <w:rPr>
          <w:b/>
          <w:bCs/>
          <w:lang w:val="es-419"/>
        </w:rPr>
        <w:t xml:space="preserve"> y </w:t>
      </w:r>
      <w:r w:rsidR="00287BD2" w:rsidRPr="00B37D0C">
        <w:rPr>
          <w:b/>
          <w:bCs/>
          <w:lang w:val="es-419"/>
        </w:rPr>
        <w:t>Profesor</w:t>
      </w:r>
    </w:p>
    <w:p w14:paraId="7F36A0FE" w14:textId="16248C45" w:rsidR="00C431AA" w:rsidRPr="00C431AA" w:rsidRDefault="00B37D0C" w:rsidP="00726465">
      <w:hyperlink r:id="rId6" w:history="1">
        <w:r w:rsidRPr="00CF10C2">
          <w:rPr>
            <w:rStyle w:val="Hipervnculo"/>
            <w:lang w:val="es-419"/>
          </w:rPr>
          <w:t>Portafolio</w:t>
        </w:r>
      </w:hyperlink>
    </w:p>
    <w:sectPr w:rsidR="00C431AA" w:rsidRPr="00C431AA" w:rsidSect="00C431AA">
      <w:pgSz w:w="12240" w:h="15840"/>
      <w:pgMar w:top="1135" w:right="1325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F144B1"/>
    <w:multiLevelType w:val="hybridMultilevel"/>
    <w:tmpl w:val="18B8975C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7A2D06"/>
    <w:multiLevelType w:val="hybridMultilevel"/>
    <w:tmpl w:val="FE9C2BEC"/>
    <w:lvl w:ilvl="0" w:tplc="0136B5E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F45916"/>
    <w:multiLevelType w:val="hybridMultilevel"/>
    <w:tmpl w:val="AE22D79C"/>
    <w:lvl w:ilvl="0" w:tplc="0136B5E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8F169B"/>
    <w:multiLevelType w:val="hybridMultilevel"/>
    <w:tmpl w:val="A7D63730"/>
    <w:lvl w:ilvl="0" w:tplc="0136B5E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1A7D86"/>
    <w:multiLevelType w:val="hybridMultilevel"/>
    <w:tmpl w:val="2DAEF232"/>
    <w:lvl w:ilvl="0" w:tplc="0136B5E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622FA5"/>
    <w:multiLevelType w:val="hybridMultilevel"/>
    <w:tmpl w:val="21343C28"/>
    <w:lvl w:ilvl="0" w:tplc="0136B5E8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9B876DB"/>
    <w:multiLevelType w:val="hybridMultilevel"/>
    <w:tmpl w:val="79484FA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4472533">
    <w:abstractNumId w:val="8"/>
  </w:num>
  <w:num w:numId="2" w16cid:durableId="1235238054">
    <w:abstractNumId w:val="6"/>
  </w:num>
  <w:num w:numId="3" w16cid:durableId="1309557710">
    <w:abstractNumId w:val="5"/>
  </w:num>
  <w:num w:numId="4" w16cid:durableId="1839156008">
    <w:abstractNumId w:val="4"/>
  </w:num>
  <w:num w:numId="5" w16cid:durableId="928848809">
    <w:abstractNumId w:val="7"/>
  </w:num>
  <w:num w:numId="6" w16cid:durableId="1493520988">
    <w:abstractNumId w:val="3"/>
  </w:num>
  <w:num w:numId="7" w16cid:durableId="1984386199">
    <w:abstractNumId w:val="2"/>
  </w:num>
  <w:num w:numId="8" w16cid:durableId="1276406929">
    <w:abstractNumId w:val="1"/>
  </w:num>
  <w:num w:numId="9" w16cid:durableId="1859347042">
    <w:abstractNumId w:val="0"/>
  </w:num>
  <w:num w:numId="10" w16cid:durableId="273558630">
    <w:abstractNumId w:val="9"/>
  </w:num>
  <w:num w:numId="11" w16cid:durableId="2008823547">
    <w:abstractNumId w:val="13"/>
  </w:num>
  <w:num w:numId="12" w16cid:durableId="152600332">
    <w:abstractNumId w:val="15"/>
  </w:num>
  <w:num w:numId="13" w16cid:durableId="1870725565">
    <w:abstractNumId w:val="12"/>
  </w:num>
  <w:num w:numId="14" w16cid:durableId="17506170">
    <w:abstractNumId w:val="14"/>
  </w:num>
  <w:num w:numId="15" w16cid:durableId="200678565">
    <w:abstractNumId w:val="10"/>
  </w:num>
  <w:num w:numId="16" w16cid:durableId="17495028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14CF"/>
    <w:rsid w:val="0003252A"/>
    <w:rsid w:val="00034616"/>
    <w:rsid w:val="00034EF4"/>
    <w:rsid w:val="0006063C"/>
    <w:rsid w:val="000713C8"/>
    <w:rsid w:val="00084FAA"/>
    <w:rsid w:val="00087FF6"/>
    <w:rsid w:val="00090CFB"/>
    <w:rsid w:val="000A528D"/>
    <w:rsid w:val="000D5123"/>
    <w:rsid w:val="000E17FD"/>
    <w:rsid w:val="000E7010"/>
    <w:rsid w:val="000F6CFD"/>
    <w:rsid w:val="001006C6"/>
    <w:rsid w:val="00111461"/>
    <w:rsid w:val="00113164"/>
    <w:rsid w:val="00124010"/>
    <w:rsid w:val="0013036A"/>
    <w:rsid w:val="0015074B"/>
    <w:rsid w:val="00155AF8"/>
    <w:rsid w:val="00157997"/>
    <w:rsid w:val="0019150F"/>
    <w:rsid w:val="001B47FD"/>
    <w:rsid w:val="001F31D5"/>
    <w:rsid w:val="001F6BCA"/>
    <w:rsid w:val="002022E3"/>
    <w:rsid w:val="00207108"/>
    <w:rsid w:val="002144E7"/>
    <w:rsid w:val="00224E13"/>
    <w:rsid w:val="002260FC"/>
    <w:rsid w:val="00226496"/>
    <w:rsid w:val="002374BA"/>
    <w:rsid w:val="00254EE1"/>
    <w:rsid w:val="00256FAB"/>
    <w:rsid w:val="00257C00"/>
    <w:rsid w:val="002631EC"/>
    <w:rsid w:val="00271853"/>
    <w:rsid w:val="00274CA2"/>
    <w:rsid w:val="0028094E"/>
    <w:rsid w:val="00287BD2"/>
    <w:rsid w:val="00295826"/>
    <w:rsid w:val="0029639D"/>
    <w:rsid w:val="002A2C49"/>
    <w:rsid w:val="002A4E91"/>
    <w:rsid w:val="002A79E2"/>
    <w:rsid w:val="002C7360"/>
    <w:rsid w:val="002D7DC9"/>
    <w:rsid w:val="002E2EF6"/>
    <w:rsid w:val="002F212F"/>
    <w:rsid w:val="00317E4F"/>
    <w:rsid w:val="00326F90"/>
    <w:rsid w:val="0032772E"/>
    <w:rsid w:val="0033523E"/>
    <w:rsid w:val="00337872"/>
    <w:rsid w:val="00365273"/>
    <w:rsid w:val="00386FF8"/>
    <w:rsid w:val="003A5603"/>
    <w:rsid w:val="003A6166"/>
    <w:rsid w:val="003B2C99"/>
    <w:rsid w:val="003B6FF7"/>
    <w:rsid w:val="003D20B8"/>
    <w:rsid w:val="003E569D"/>
    <w:rsid w:val="003E6EEE"/>
    <w:rsid w:val="004173F4"/>
    <w:rsid w:val="0042590C"/>
    <w:rsid w:val="00426CFA"/>
    <w:rsid w:val="004342AD"/>
    <w:rsid w:val="00440D9C"/>
    <w:rsid w:val="00441123"/>
    <w:rsid w:val="00446E3F"/>
    <w:rsid w:val="00465B6C"/>
    <w:rsid w:val="00476C22"/>
    <w:rsid w:val="004C1148"/>
    <w:rsid w:val="004D4634"/>
    <w:rsid w:val="00500333"/>
    <w:rsid w:val="0051406F"/>
    <w:rsid w:val="00533EB8"/>
    <w:rsid w:val="005419E8"/>
    <w:rsid w:val="00587456"/>
    <w:rsid w:val="005A53DB"/>
    <w:rsid w:val="005B1A32"/>
    <w:rsid w:val="005C55DE"/>
    <w:rsid w:val="005F0456"/>
    <w:rsid w:val="005F0E4B"/>
    <w:rsid w:val="00604DB2"/>
    <w:rsid w:val="006428F1"/>
    <w:rsid w:val="0065233D"/>
    <w:rsid w:val="00665021"/>
    <w:rsid w:val="006732BF"/>
    <w:rsid w:val="00685F30"/>
    <w:rsid w:val="00695DCB"/>
    <w:rsid w:val="006A692C"/>
    <w:rsid w:val="006B6BE4"/>
    <w:rsid w:val="006C6FEA"/>
    <w:rsid w:val="006E4DDB"/>
    <w:rsid w:val="006E7E2C"/>
    <w:rsid w:val="006F4DC1"/>
    <w:rsid w:val="00726465"/>
    <w:rsid w:val="007356CE"/>
    <w:rsid w:val="007423BE"/>
    <w:rsid w:val="007E6A45"/>
    <w:rsid w:val="00802A99"/>
    <w:rsid w:val="00864B5E"/>
    <w:rsid w:val="00871ACD"/>
    <w:rsid w:val="00874BDB"/>
    <w:rsid w:val="00881030"/>
    <w:rsid w:val="008A2033"/>
    <w:rsid w:val="008B5382"/>
    <w:rsid w:val="008C3565"/>
    <w:rsid w:val="0091573D"/>
    <w:rsid w:val="00933021"/>
    <w:rsid w:val="009379A1"/>
    <w:rsid w:val="009444A5"/>
    <w:rsid w:val="009457F7"/>
    <w:rsid w:val="009539B2"/>
    <w:rsid w:val="00972D43"/>
    <w:rsid w:val="00990A19"/>
    <w:rsid w:val="009B40A9"/>
    <w:rsid w:val="009C1EFB"/>
    <w:rsid w:val="00A24900"/>
    <w:rsid w:val="00A55954"/>
    <w:rsid w:val="00A744F1"/>
    <w:rsid w:val="00A764B1"/>
    <w:rsid w:val="00A85F72"/>
    <w:rsid w:val="00AA1D8D"/>
    <w:rsid w:val="00AB4641"/>
    <w:rsid w:val="00AC4BAC"/>
    <w:rsid w:val="00B2015E"/>
    <w:rsid w:val="00B37D0C"/>
    <w:rsid w:val="00B47730"/>
    <w:rsid w:val="00B65E61"/>
    <w:rsid w:val="00B90BBB"/>
    <w:rsid w:val="00BD1D7D"/>
    <w:rsid w:val="00C0205A"/>
    <w:rsid w:val="00C26A99"/>
    <w:rsid w:val="00C41E25"/>
    <w:rsid w:val="00C431AA"/>
    <w:rsid w:val="00C53AFA"/>
    <w:rsid w:val="00C570B9"/>
    <w:rsid w:val="00C65862"/>
    <w:rsid w:val="00C7305C"/>
    <w:rsid w:val="00C84D23"/>
    <w:rsid w:val="00CA38A8"/>
    <w:rsid w:val="00CA6909"/>
    <w:rsid w:val="00CB0664"/>
    <w:rsid w:val="00CE38D3"/>
    <w:rsid w:val="00CE49D7"/>
    <w:rsid w:val="00CF10C2"/>
    <w:rsid w:val="00D01200"/>
    <w:rsid w:val="00D10E97"/>
    <w:rsid w:val="00D31E33"/>
    <w:rsid w:val="00D44D4F"/>
    <w:rsid w:val="00D6254A"/>
    <w:rsid w:val="00D73B59"/>
    <w:rsid w:val="00D73F0E"/>
    <w:rsid w:val="00DA3E87"/>
    <w:rsid w:val="00DB31B2"/>
    <w:rsid w:val="00DC7D1D"/>
    <w:rsid w:val="00E14CE9"/>
    <w:rsid w:val="00E4741D"/>
    <w:rsid w:val="00E55833"/>
    <w:rsid w:val="00E61278"/>
    <w:rsid w:val="00E80016"/>
    <w:rsid w:val="00E83039"/>
    <w:rsid w:val="00E9403D"/>
    <w:rsid w:val="00E952DF"/>
    <w:rsid w:val="00EC5C0C"/>
    <w:rsid w:val="00EE0A66"/>
    <w:rsid w:val="00EE73DB"/>
    <w:rsid w:val="00EF143D"/>
    <w:rsid w:val="00F46267"/>
    <w:rsid w:val="00F52B99"/>
    <w:rsid w:val="00F72FCC"/>
    <w:rsid w:val="00F74632"/>
    <w:rsid w:val="00F959A5"/>
    <w:rsid w:val="00FA28E1"/>
    <w:rsid w:val="00FB4A9D"/>
    <w:rsid w:val="00FC03FF"/>
    <w:rsid w:val="00FC693F"/>
    <w:rsid w:val="00FD0F7E"/>
    <w:rsid w:val="00FD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BCE4FB"/>
  <w14:defaultImageDpi w14:val="300"/>
  <w15:docId w15:val="{A9D01AE2-C18C-4DA4-BA0A-5BF726E33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basedOn w:val="Fuentedeprrafopredeter"/>
    <w:uiPriority w:val="99"/>
    <w:unhideWhenUsed/>
    <w:rsid w:val="005F045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F045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B37D0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uamoblado.com/portafoli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487</Words>
  <Characters>2683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3164</CharactersWithSpaces>
  <SharedDoc>false</SharedDoc>
  <HyperlinkBase/>
  <HLinks>
    <vt:vector size="6" baseType="variant"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mailto:frenemuye@hotmail.com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FREDDY NELSON MUÑOZ YEPES</cp:lastModifiedBy>
  <cp:revision>59</cp:revision>
  <dcterms:created xsi:type="dcterms:W3CDTF">2025-05-31T16:34:00Z</dcterms:created>
  <dcterms:modified xsi:type="dcterms:W3CDTF">2026-08-06T23:40:00Z</dcterms:modified>
  <cp:category/>
</cp:coreProperties>
</file>